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CEFE" w14:textId="5B1806D1" w:rsidR="00240F37" w:rsidRDefault="00000000" w:rsidP="004D4063">
      <w:pPr>
        <w:jc w:val="center"/>
      </w:pPr>
      <w:r>
        <w:rPr>
          <w:b/>
          <w:sz w:val="32"/>
        </w:rPr>
        <w:t>SUGLASNOST I IZJAVA RODITELJA/SKRBNIKA</w:t>
      </w:r>
      <w:r>
        <w:rPr>
          <w:b/>
          <w:sz w:val="32"/>
        </w:rPr>
        <w:br/>
        <w:t>ZA SUDJELOVANJE DJETETA NA ROĐENDANSKOJ PROSLAVI</w:t>
      </w:r>
    </w:p>
    <w:p w14:paraId="2BDEE401" w14:textId="77777777" w:rsidR="00240F37" w:rsidRDefault="00240F37"/>
    <w:p w14:paraId="174EB54B" w14:textId="77777777" w:rsidR="00240F37" w:rsidRDefault="00000000">
      <w:proofErr w:type="spellStart"/>
      <w:r>
        <w:t>Naziv</w:t>
      </w:r>
      <w:proofErr w:type="spellEnd"/>
      <w:r>
        <w:t xml:space="preserve"> </w:t>
      </w:r>
      <w:proofErr w:type="spellStart"/>
      <w:r>
        <w:t>događaja</w:t>
      </w:r>
      <w:proofErr w:type="spellEnd"/>
      <w:r>
        <w:t xml:space="preserve"> / </w:t>
      </w:r>
      <w:proofErr w:type="spellStart"/>
      <w:r>
        <w:t>lokacija</w:t>
      </w:r>
      <w:proofErr w:type="spellEnd"/>
      <w:r>
        <w:t>: ____________________________________</w:t>
      </w:r>
    </w:p>
    <w:p w14:paraId="418DCB33" w14:textId="77777777" w:rsidR="00240F37" w:rsidRDefault="00000000">
      <w:r>
        <w:t>Datum održavanja: _____________________________________________</w:t>
      </w:r>
    </w:p>
    <w:p w14:paraId="77B92BE8" w14:textId="77777777" w:rsidR="00240F37" w:rsidRDefault="00000000">
      <w:r>
        <w:rPr>
          <w:b/>
          <w:sz w:val="26"/>
        </w:rPr>
        <w:t>PODACI O DJETETU</w:t>
      </w:r>
    </w:p>
    <w:p w14:paraId="15D64EF5" w14:textId="77777777" w:rsidR="00240F37" w:rsidRDefault="00000000">
      <w:r>
        <w:t>Ime i prezime djeteta: _______________________________________</w:t>
      </w:r>
    </w:p>
    <w:p w14:paraId="599FC13A" w14:textId="77777777" w:rsidR="00240F37" w:rsidRDefault="00000000">
      <w:r>
        <w:t>Datum rođenja: ______________________________________________</w:t>
      </w:r>
    </w:p>
    <w:p w14:paraId="60C4BF0F" w14:textId="77777777" w:rsidR="00240F37" w:rsidRDefault="00000000">
      <w:r>
        <w:rPr>
          <w:b/>
          <w:sz w:val="26"/>
        </w:rPr>
        <w:t>PODACI O RODITELJU / SKRBNIKU</w:t>
      </w:r>
    </w:p>
    <w:p w14:paraId="76E29F5A" w14:textId="77777777" w:rsidR="00240F37" w:rsidRDefault="00000000">
      <w:r>
        <w:t>Ime i prezime: ______________________________________________</w:t>
      </w:r>
    </w:p>
    <w:p w14:paraId="6F083807" w14:textId="77777777" w:rsidR="00240F37" w:rsidRDefault="00000000">
      <w:r>
        <w:t>Adresa: _____________________________________________________</w:t>
      </w:r>
    </w:p>
    <w:p w14:paraId="295A59F5" w14:textId="77777777" w:rsidR="00240F37" w:rsidRDefault="00000000">
      <w:r>
        <w:t>Telefon: ____________________________________________________</w:t>
      </w:r>
    </w:p>
    <w:p w14:paraId="0A39D7C3" w14:textId="77777777" w:rsidR="00240F37" w:rsidRDefault="00000000">
      <w:r>
        <w:t>E-mail: _____________________________________________________</w:t>
      </w:r>
    </w:p>
    <w:p w14:paraId="6816F974" w14:textId="77777777" w:rsidR="00240F37" w:rsidRDefault="00000000">
      <w:r>
        <w:rPr>
          <w:b/>
          <w:sz w:val="26"/>
        </w:rPr>
        <w:t>KONTAKT ZA HITNE SLUČAJEVE</w:t>
      </w:r>
    </w:p>
    <w:p w14:paraId="546CB806" w14:textId="77777777" w:rsidR="00240F37" w:rsidRDefault="00000000">
      <w:r>
        <w:t>Ime i prezime: ______________________________________________</w:t>
      </w:r>
    </w:p>
    <w:p w14:paraId="69DC92B2" w14:textId="77777777" w:rsidR="00240F37" w:rsidRDefault="00000000">
      <w:r>
        <w:t>Telefon: ____________________________________________________</w:t>
      </w:r>
    </w:p>
    <w:p w14:paraId="4DF4B2AB" w14:textId="77777777" w:rsidR="00240F37" w:rsidRDefault="00000000">
      <w:r>
        <w:rPr>
          <w:b/>
          <w:sz w:val="26"/>
        </w:rPr>
        <w:t>ZDRAVSTVENE INFORMACIJE O DJETETU</w:t>
      </w:r>
    </w:p>
    <w:p w14:paraId="3F773B90" w14:textId="77777777" w:rsidR="00240F37" w:rsidRDefault="00000000">
      <w:r>
        <w:t>Molimo navesti sve relevantne informacije o djetetu:</w:t>
      </w:r>
    </w:p>
    <w:p w14:paraId="5C34DD4D" w14:textId="77777777" w:rsidR="00240F37" w:rsidRDefault="00000000">
      <w:r>
        <w:t>• alergije (hrana, lijekovi, ubodi i sl.):</w:t>
      </w:r>
    </w:p>
    <w:p w14:paraId="6241CF46" w14:textId="1C92DD2F" w:rsidR="00240F37" w:rsidRDefault="00000000">
      <w:r>
        <w:br/>
        <w:t>______________________________________________________________</w:t>
      </w:r>
    </w:p>
    <w:p w14:paraId="11B9A5D8" w14:textId="77777777" w:rsidR="00240F37" w:rsidRDefault="00000000">
      <w:r>
        <w:t>• kronične bolesti / zdravstvene teškoće:</w:t>
      </w:r>
    </w:p>
    <w:p w14:paraId="434A45D0" w14:textId="3DC437A2" w:rsidR="00240F37" w:rsidRDefault="00000000">
      <w:r>
        <w:br/>
        <w:t>______________________________________________________________</w:t>
      </w:r>
    </w:p>
    <w:p w14:paraId="5CACC263" w14:textId="77777777" w:rsidR="00AF141D" w:rsidRDefault="00AF141D"/>
    <w:p w14:paraId="13652192" w14:textId="77777777" w:rsidR="00240F37" w:rsidRDefault="00000000">
      <w:r>
        <w:t>• razvojne teškoće ili posebne potrebe:</w:t>
      </w:r>
    </w:p>
    <w:p w14:paraId="29C58BD2" w14:textId="77777777" w:rsidR="00240F37" w:rsidRDefault="00000000">
      <w:r>
        <w:br/>
        <w:t>______________________________________________________________</w:t>
      </w:r>
    </w:p>
    <w:p w14:paraId="1A91D075" w14:textId="77777777" w:rsidR="00240F37" w:rsidRDefault="00000000">
      <w:r>
        <w:t>• lijekovi koje dijete koristi:</w:t>
      </w:r>
    </w:p>
    <w:p w14:paraId="66F6D1D2" w14:textId="77777777" w:rsidR="00240F37" w:rsidRDefault="00000000">
      <w:r>
        <w:br/>
        <w:t>______________________________________________________________</w:t>
      </w:r>
    </w:p>
    <w:p w14:paraId="25DC63C5" w14:textId="77777777" w:rsidR="00240F37" w:rsidRDefault="00000000">
      <w:r>
        <w:t>• ostale važne informacije:</w:t>
      </w:r>
    </w:p>
    <w:p w14:paraId="12EC476C" w14:textId="77777777" w:rsidR="00240F37" w:rsidRDefault="00000000">
      <w:r>
        <w:br/>
        <w:t>______________________________________________________________</w:t>
      </w:r>
    </w:p>
    <w:p w14:paraId="0D7CBF52" w14:textId="77777777" w:rsidR="00240F37" w:rsidRDefault="00000000">
      <w:pPr>
        <w:rPr>
          <w:b/>
          <w:bCs/>
          <w:i/>
          <w:iCs/>
        </w:rPr>
      </w:pPr>
      <w:r w:rsidRPr="00AF141D">
        <w:rPr>
          <w:b/>
          <w:bCs/>
          <w:i/>
          <w:iCs/>
        </w:rPr>
        <w:t xml:space="preserve">Potpisom potvrđujem da sam organizatoru dao/la točne i potpune informacije o zdravstvenom stanju djeteta te sam suglasan/na da snosim </w:t>
      </w:r>
      <w:proofErr w:type="spellStart"/>
      <w:r w:rsidRPr="00AF141D">
        <w:rPr>
          <w:b/>
          <w:bCs/>
          <w:i/>
          <w:iCs/>
        </w:rPr>
        <w:t>odgovornost</w:t>
      </w:r>
      <w:proofErr w:type="spellEnd"/>
      <w:r w:rsidRPr="00AF141D">
        <w:rPr>
          <w:b/>
          <w:bCs/>
          <w:i/>
          <w:iCs/>
        </w:rPr>
        <w:t xml:space="preserve"> za </w:t>
      </w:r>
      <w:proofErr w:type="spellStart"/>
      <w:r w:rsidRPr="00AF141D">
        <w:rPr>
          <w:b/>
          <w:bCs/>
          <w:i/>
          <w:iCs/>
        </w:rPr>
        <w:t>posljedice</w:t>
      </w:r>
      <w:proofErr w:type="spellEnd"/>
      <w:r w:rsidRPr="00AF141D">
        <w:rPr>
          <w:b/>
          <w:bCs/>
          <w:i/>
          <w:iCs/>
        </w:rPr>
        <w:t xml:space="preserve"> </w:t>
      </w:r>
      <w:proofErr w:type="spellStart"/>
      <w:r w:rsidRPr="00AF141D">
        <w:rPr>
          <w:b/>
          <w:bCs/>
          <w:i/>
          <w:iCs/>
        </w:rPr>
        <w:t>neprijavljenih</w:t>
      </w:r>
      <w:proofErr w:type="spellEnd"/>
      <w:r w:rsidRPr="00AF141D">
        <w:rPr>
          <w:b/>
          <w:bCs/>
          <w:i/>
          <w:iCs/>
        </w:rPr>
        <w:t xml:space="preserve"> </w:t>
      </w:r>
      <w:proofErr w:type="spellStart"/>
      <w:r w:rsidRPr="00AF141D">
        <w:rPr>
          <w:b/>
          <w:bCs/>
          <w:i/>
          <w:iCs/>
        </w:rPr>
        <w:t>zdravstvenih</w:t>
      </w:r>
      <w:proofErr w:type="spellEnd"/>
      <w:r w:rsidRPr="00AF141D">
        <w:rPr>
          <w:b/>
          <w:bCs/>
          <w:i/>
          <w:iCs/>
        </w:rPr>
        <w:t xml:space="preserve"> </w:t>
      </w:r>
      <w:proofErr w:type="spellStart"/>
      <w:r w:rsidRPr="00AF141D">
        <w:rPr>
          <w:b/>
          <w:bCs/>
          <w:i/>
          <w:iCs/>
        </w:rPr>
        <w:t>stanja</w:t>
      </w:r>
      <w:proofErr w:type="spellEnd"/>
      <w:r w:rsidRPr="00AF141D">
        <w:rPr>
          <w:b/>
          <w:bCs/>
          <w:i/>
          <w:iCs/>
        </w:rPr>
        <w:t xml:space="preserve">, </w:t>
      </w:r>
      <w:proofErr w:type="spellStart"/>
      <w:r w:rsidRPr="00AF141D">
        <w:rPr>
          <w:b/>
          <w:bCs/>
          <w:i/>
          <w:iCs/>
        </w:rPr>
        <w:t>alergija</w:t>
      </w:r>
      <w:proofErr w:type="spellEnd"/>
      <w:r w:rsidRPr="00AF141D">
        <w:rPr>
          <w:b/>
          <w:bCs/>
          <w:i/>
          <w:iCs/>
        </w:rPr>
        <w:t xml:space="preserve"> </w:t>
      </w:r>
      <w:proofErr w:type="spellStart"/>
      <w:r w:rsidRPr="00AF141D">
        <w:rPr>
          <w:b/>
          <w:bCs/>
          <w:i/>
          <w:iCs/>
        </w:rPr>
        <w:t>ili</w:t>
      </w:r>
      <w:proofErr w:type="spellEnd"/>
      <w:r w:rsidRPr="00AF141D">
        <w:rPr>
          <w:b/>
          <w:bCs/>
          <w:i/>
          <w:iCs/>
        </w:rPr>
        <w:t xml:space="preserve"> </w:t>
      </w:r>
      <w:proofErr w:type="spellStart"/>
      <w:r w:rsidRPr="00AF141D">
        <w:rPr>
          <w:b/>
          <w:bCs/>
          <w:i/>
          <w:iCs/>
        </w:rPr>
        <w:t>posebnih</w:t>
      </w:r>
      <w:proofErr w:type="spellEnd"/>
      <w:r w:rsidRPr="00AF141D">
        <w:rPr>
          <w:b/>
          <w:bCs/>
          <w:i/>
          <w:iCs/>
        </w:rPr>
        <w:t xml:space="preserve"> </w:t>
      </w:r>
      <w:proofErr w:type="spellStart"/>
      <w:r w:rsidRPr="00AF141D">
        <w:rPr>
          <w:b/>
          <w:bCs/>
          <w:i/>
          <w:iCs/>
        </w:rPr>
        <w:t>potreba</w:t>
      </w:r>
      <w:proofErr w:type="spellEnd"/>
      <w:r w:rsidRPr="00AF141D">
        <w:rPr>
          <w:b/>
          <w:bCs/>
          <w:i/>
          <w:iCs/>
        </w:rPr>
        <w:t>.</w:t>
      </w:r>
    </w:p>
    <w:p w14:paraId="2173A313" w14:textId="77777777" w:rsidR="00AF141D" w:rsidRPr="00AF141D" w:rsidRDefault="00AF141D">
      <w:pPr>
        <w:rPr>
          <w:b/>
          <w:bCs/>
          <w:i/>
          <w:iCs/>
        </w:rPr>
      </w:pPr>
    </w:p>
    <w:p w14:paraId="05C47267" w14:textId="77777777" w:rsidR="00240F37" w:rsidRDefault="00000000">
      <w:r>
        <w:rPr>
          <w:b/>
          <w:sz w:val="26"/>
        </w:rPr>
        <w:t>IZJAVA O SUDJELOVANJU I ODGOVORNOSTI</w:t>
      </w:r>
    </w:p>
    <w:p w14:paraId="5C658314" w14:textId="77777777" w:rsidR="00240F37" w:rsidRDefault="00000000">
      <w:r>
        <w:t>Potvrđujem da dijete sudjeluje na proslavi uz moj pristanak i uz razumijevanje prirode aktivnosti koje se provode tijekom događaja.</w:t>
      </w:r>
    </w:p>
    <w:p w14:paraId="3D626FCE" w14:textId="77777777" w:rsidR="00240F37" w:rsidRDefault="00000000">
      <w:r>
        <w:t>Svjestan/na sam da tijekom igre i aktivnosti može doći do manjih ozljeda ili nezgoda unatoč poduzetim sigurnosnim mjerama.</w:t>
      </w:r>
    </w:p>
    <w:p w14:paraId="04680E00" w14:textId="77777777" w:rsidR="00240F37" w:rsidRDefault="00000000">
      <w:r>
        <w:t>Prihvaćam da organizator i voditelji događaja ne odgovaraju za:</w:t>
      </w:r>
    </w:p>
    <w:p w14:paraId="26EDD983" w14:textId="77777777" w:rsidR="00240F37" w:rsidRDefault="00000000">
      <w:r>
        <w:t>• ozljede nastale uslijed nepažnje djeteta ili nepoštivanja uputa voditelja,</w:t>
      </w:r>
    </w:p>
    <w:p w14:paraId="0DBE4352" w14:textId="77777777" w:rsidR="00240F37" w:rsidRDefault="00000000">
      <w:r>
        <w:t>• međusobne sukobe djece,</w:t>
      </w:r>
    </w:p>
    <w:p w14:paraId="57295444" w14:textId="77777777" w:rsidR="00240F37" w:rsidRDefault="00000000">
      <w:r>
        <w:t>• alergijske reakcije ili zdravstvene komplikacije koje nisu prethodno prijavljene,</w:t>
      </w:r>
    </w:p>
    <w:p w14:paraId="6792865F" w14:textId="77777777" w:rsidR="00240F37" w:rsidRDefault="00000000">
      <w:r>
        <w:t>• gubitak ili oštećenje osobnih stvari djeteta,</w:t>
      </w:r>
    </w:p>
    <w:p w14:paraId="7B39EA43" w14:textId="77777777" w:rsidR="00240F37" w:rsidRDefault="00000000">
      <w:r>
        <w:t>• događaje nastale višom silom ili nepredvidivim okolnostima.</w:t>
      </w:r>
    </w:p>
    <w:p w14:paraId="77DD00ED" w14:textId="77777777" w:rsidR="00240F37" w:rsidRDefault="00000000">
      <w:pPr>
        <w:rPr>
          <w:i/>
          <w:iCs/>
        </w:rPr>
      </w:pPr>
      <w:r w:rsidRPr="00B16DB3">
        <w:rPr>
          <w:i/>
          <w:iCs/>
        </w:rPr>
        <w:t xml:space="preserve">Potvrđujem da će dijete poštivati pravila ponašanja i </w:t>
      </w:r>
      <w:proofErr w:type="spellStart"/>
      <w:r w:rsidRPr="00B16DB3">
        <w:rPr>
          <w:i/>
          <w:iCs/>
        </w:rPr>
        <w:t>upute</w:t>
      </w:r>
      <w:proofErr w:type="spellEnd"/>
      <w:r w:rsidRPr="00B16DB3">
        <w:rPr>
          <w:i/>
          <w:iCs/>
        </w:rPr>
        <w:t xml:space="preserve"> </w:t>
      </w:r>
      <w:proofErr w:type="spellStart"/>
      <w:r w:rsidRPr="00B16DB3">
        <w:rPr>
          <w:i/>
          <w:iCs/>
        </w:rPr>
        <w:t>voditelja</w:t>
      </w:r>
      <w:proofErr w:type="spellEnd"/>
      <w:r w:rsidRPr="00B16DB3">
        <w:rPr>
          <w:i/>
          <w:iCs/>
        </w:rPr>
        <w:t xml:space="preserve"> </w:t>
      </w:r>
      <w:proofErr w:type="spellStart"/>
      <w:r w:rsidRPr="00B16DB3">
        <w:rPr>
          <w:i/>
          <w:iCs/>
        </w:rPr>
        <w:t>tijekom</w:t>
      </w:r>
      <w:proofErr w:type="spellEnd"/>
      <w:r w:rsidRPr="00B16DB3">
        <w:rPr>
          <w:i/>
          <w:iCs/>
        </w:rPr>
        <w:t xml:space="preserve"> </w:t>
      </w:r>
      <w:proofErr w:type="spellStart"/>
      <w:r w:rsidRPr="00B16DB3">
        <w:rPr>
          <w:i/>
          <w:iCs/>
        </w:rPr>
        <w:t>proslave</w:t>
      </w:r>
      <w:proofErr w:type="spellEnd"/>
      <w:r w:rsidRPr="00B16DB3">
        <w:rPr>
          <w:i/>
          <w:iCs/>
        </w:rPr>
        <w:t>.</w:t>
      </w:r>
    </w:p>
    <w:p w14:paraId="0A9D89EE" w14:textId="77777777" w:rsidR="00971FBB" w:rsidRPr="00B16DB3" w:rsidRDefault="00971FBB">
      <w:pPr>
        <w:rPr>
          <w:i/>
          <w:iCs/>
        </w:rPr>
      </w:pPr>
    </w:p>
    <w:p w14:paraId="74797636" w14:textId="77777777" w:rsidR="00240F37" w:rsidRDefault="00000000">
      <w:r>
        <w:rPr>
          <w:b/>
          <w:sz w:val="26"/>
        </w:rPr>
        <w:lastRenderedPageBreak/>
        <w:t>SUGLASNOST ZA HITNU MEDICINSKU POMOĆ</w:t>
      </w:r>
    </w:p>
    <w:p w14:paraId="72B8E808" w14:textId="77777777" w:rsidR="00240F37" w:rsidRDefault="00000000">
      <w:r>
        <w:t xml:space="preserve">U slučaju hitne medicinske situacije dopuštam organizatoru da poduzme nužne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 </w:t>
      </w:r>
      <w:proofErr w:type="spellStart"/>
      <w:r>
        <w:t>potrebi</w:t>
      </w:r>
      <w:proofErr w:type="spellEnd"/>
      <w:r>
        <w:t xml:space="preserve"> </w:t>
      </w:r>
      <w:proofErr w:type="spellStart"/>
      <w:r>
        <w:t>kontaktira</w:t>
      </w:r>
      <w:proofErr w:type="spellEnd"/>
      <w:r>
        <w:t xml:space="preserve"> </w:t>
      </w:r>
      <w:proofErr w:type="spellStart"/>
      <w:r>
        <w:t>hitnu</w:t>
      </w:r>
      <w:proofErr w:type="spellEnd"/>
      <w:r>
        <w:t xml:space="preserve"> </w:t>
      </w:r>
      <w:proofErr w:type="spellStart"/>
      <w:r>
        <w:t>medicinsku</w:t>
      </w:r>
      <w:proofErr w:type="spellEnd"/>
      <w:r>
        <w:t xml:space="preserve"> </w:t>
      </w:r>
      <w:proofErr w:type="spellStart"/>
      <w:r>
        <w:t>službu</w:t>
      </w:r>
      <w:proofErr w:type="spellEnd"/>
      <w:r>
        <w:t>.</w:t>
      </w:r>
    </w:p>
    <w:p w14:paraId="7F352BB3" w14:textId="77777777" w:rsidR="00AF141D" w:rsidRDefault="00AF141D"/>
    <w:p w14:paraId="3AAA62D5" w14:textId="77777777" w:rsidR="00240F37" w:rsidRDefault="00000000">
      <w:r>
        <w:rPr>
          <w:b/>
          <w:sz w:val="26"/>
        </w:rPr>
        <w:t>PRIVOLA ZA FOTO I VIDEO SNIMANJE</w:t>
      </w:r>
    </w:p>
    <w:p w14:paraId="111D7B72" w14:textId="77777777" w:rsidR="00C2421D" w:rsidRDefault="00C2421D" w:rsidP="00C2421D">
      <w:proofErr w:type="spellStart"/>
      <w:r>
        <w:t>Dajem</w:t>
      </w:r>
      <w:proofErr w:type="spellEnd"/>
      <w:r>
        <w:t xml:space="preserve"> </w:t>
      </w:r>
      <w:proofErr w:type="spellStart"/>
      <w:r>
        <w:t>privolu</w:t>
      </w:r>
      <w:proofErr w:type="spellEnd"/>
      <w:r>
        <w:t xml:space="preserve"> </w:t>
      </w:r>
      <w:proofErr w:type="spellStart"/>
      <w:r>
        <w:t>organizatoru</w:t>
      </w:r>
      <w:proofErr w:type="spellEnd"/>
      <w:r>
        <w:t xml:space="preserve"> za fotografiranje i video snimanje djeteta tijekom proslave te korištenje fotografija i video materijala u promotivne svrhe poslovanja (web stranica, društvene mreže, promotivni materijali i sl.), bez naknade.</w:t>
      </w:r>
    </w:p>
    <w:p w14:paraId="3315818F" w14:textId="77777777" w:rsidR="00C2421D" w:rsidRDefault="00C2421D" w:rsidP="00C2421D">
      <w:r>
        <w:t>☐ DA        ☐ NE</w:t>
      </w:r>
    </w:p>
    <w:p w14:paraId="359E5CD2" w14:textId="77777777" w:rsidR="00240F37" w:rsidRDefault="00000000">
      <w:r>
        <w:rPr>
          <w:b/>
          <w:sz w:val="26"/>
        </w:rPr>
        <w:t>PRAVILA SIGURNOSTI I PONAŠANJA</w:t>
      </w:r>
    </w:p>
    <w:p w14:paraId="175BBD28" w14:textId="77777777" w:rsidR="00240F37" w:rsidRDefault="00000000">
      <w:r>
        <w:t>• Organizator ne može jamčiti potpunu odsutnost tragova alergena u hrani i piću posluženom tijekom događaja.</w:t>
      </w:r>
    </w:p>
    <w:p w14:paraId="35746B58" w14:textId="77777777" w:rsidR="00240F37" w:rsidRDefault="00000000">
      <w:r>
        <w:t>• Dijete može preuzeti isključivo roditelj/skrbnik ili unaprijed ovlaštena osoba.</w:t>
      </w:r>
    </w:p>
    <w:p w14:paraId="4E46D134" w14:textId="77777777" w:rsidR="00240F37" w:rsidRDefault="00000000">
      <w:r>
        <w:t>• Roditelj/skrbnik odgovara za namjerno prouzročenu štetu od strane djeteta.</w:t>
      </w:r>
    </w:p>
    <w:p w14:paraId="0DD4A79D" w14:textId="77777777" w:rsidR="00240F37" w:rsidRDefault="00000000">
      <w:r>
        <w:t>• Organizator zadržava pravo udaljiti dijete s aktivnosti ukoliko svojim ponašanjem ugrožava sigurnost druge djece ili osoblja.</w:t>
      </w:r>
    </w:p>
    <w:p w14:paraId="322EDED8" w14:textId="77777777" w:rsidR="00240F37" w:rsidRDefault="00000000">
      <w:r>
        <w:t>• Agresivno, opasno ili neprimjereno ponašanje nije dopušteno.</w:t>
      </w:r>
    </w:p>
    <w:p w14:paraId="4B27CFC5" w14:textId="77777777" w:rsidR="00240F37" w:rsidRDefault="00000000">
      <w:r>
        <w:t>• Dijete je dužno poštivati upute voditelja i sigurnosna pravila tijekom trajanja događaja.</w:t>
      </w:r>
    </w:p>
    <w:p w14:paraId="62EA83CE" w14:textId="77777777" w:rsidR="00240F37" w:rsidRDefault="00000000">
      <w:r>
        <w:rPr>
          <w:b/>
          <w:sz w:val="26"/>
        </w:rPr>
        <w:t>ZAŠTITA OSOBNIH PODATAKA (GDPR)</w:t>
      </w:r>
    </w:p>
    <w:p w14:paraId="59CF609C" w14:textId="77777777" w:rsidR="00240F37" w:rsidRDefault="00000000">
      <w:r>
        <w:t>Osobni podaci prikupljeni ovim obrascem obrađuju se u skladu s Uredbom (EU) 2016/679 (GDPR) i važećim zakonodavstvom Republike Hrvatske isključivo u svrhu organizacije, sigurnosti i provedbe događaja. Podaci se neće dijeliti trećim osobama osim kada je to zakonski potrebno ili nužno radi zaštite zdravlja i sigurnosti djeteta.</w:t>
      </w:r>
    </w:p>
    <w:p w14:paraId="03BA144C" w14:textId="77777777" w:rsidR="00240F37" w:rsidRDefault="00000000">
      <w:r>
        <w:t>Roditelj/skrbnik ima pravo zatražiti pristup, ispravak ili brisanje osobnih podataka u skladu s važećim propisima.</w:t>
      </w:r>
    </w:p>
    <w:p w14:paraId="62BC2319" w14:textId="77777777" w:rsidR="00AF141D" w:rsidRDefault="00AF141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53"/>
        <w:gridCol w:w="5528"/>
      </w:tblGrid>
      <w:tr w:rsidR="00240F37" w14:paraId="4B01030C" w14:textId="77777777" w:rsidTr="00AF141D">
        <w:tc>
          <w:tcPr>
            <w:tcW w:w="5353" w:type="dxa"/>
          </w:tcPr>
          <w:p w14:paraId="39C11754" w14:textId="77777777" w:rsidR="00240F37" w:rsidRDefault="00000000">
            <w:proofErr w:type="spellStart"/>
            <w:r>
              <w:t>Mjesto</w:t>
            </w:r>
            <w:proofErr w:type="spellEnd"/>
            <w:r>
              <w:t xml:space="preserve"> i datum:</w:t>
            </w:r>
          </w:p>
        </w:tc>
        <w:tc>
          <w:tcPr>
            <w:tcW w:w="5528" w:type="dxa"/>
          </w:tcPr>
          <w:p w14:paraId="3FA8D505" w14:textId="77777777" w:rsidR="00240F37" w:rsidRDefault="00000000">
            <w:r>
              <w:t>Potpis roditelja/skrbnika:</w:t>
            </w:r>
          </w:p>
        </w:tc>
      </w:tr>
      <w:tr w:rsidR="00240F37" w14:paraId="7AE07797" w14:textId="77777777" w:rsidTr="00AF141D">
        <w:tc>
          <w:tcPr>
            <w:tcW w:w="5353" w:type="dxa"/>
          </w:tcPr>
          <w:p w14:paraId="00DEC239" w14:textId="77777777" w:rsidR="00240F37" w:rsidRDefault="00000000">
            <w:r>
              <w:br/>
            </w:r>
            <w:r>
              <w:br/>
              <w:t>____________________________</w:t>
            </w:r>
          </w:p>
        </w:tc>
        <w:tc>
          <w:tcPr>
            <w:tcW w:w="5528" w:type="dxa"/>
          </w:tcPr>
          <w:p w14:paraId="7CCDB688" w14:textId="77777777" w:rsidR="00240F37" w:rsidRDefault="00000000">
            <w:r>
              <w:br/>
            </w:r>
            <w:r>
              <w:br/>
              <w:t>____________________________</w:t>
            </w:r>
          </w:p>
        </w:tc>
      </w:tr>
    </w:tbl>
    <w:p w14:paraId="000CB9B8" w14:textId="2D4BDA2A" w:rsidR="00AF141D" w:rsidRDefault="00AF141D" w:rsidP="00B16DB3">
      <w:pPr>
        <w:tabs>
          <w:tab w:val="left" w:pos="1368"/>
        </w:tabs>
      </w:pPr>
    </w:p>
    <w:sectPr w:rsidR="00AF141D" w:rsidSect="004D406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9F0A" w14:textId="77777777" w:rsidR="003D6867" w:rsidRDefault="003D6867" w:rsidP="004D4063">
      <w:pPr>
        <w:spacing w:after="0" w:line="240" w:lineRule="auto"/>
      </w:pPr>
      <w:r>
        <w:separator/>
      </w:r>
    </w:p>
  </w:endnote>
  <w:endnote w:type="continuationSeparator" w:id="0">
    <w:p w14:paraId="0A825051" w14:textId="77777777" w:rsidR="003D6867" w:rsidRDefault="003D6867" w:rsidP="004D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B3BF" w14:textId="77777777" w:rsidR="003D6867" w:rsidRDefault="003D6867" w:rsidP="004D4063">
      <w:pPr>
        <w:spacing w:after="0" w:line="240" w:lineRule="auto"/>
      </w:pPr>
      <w:r>
        <w:separator/>
      </w:r>
    </w:p>
  </w:footnote>
  <w:footnote w:type="continuationSeparator" w:id="0">
    <w:p w14:paraId="2976FB64" w14:textId="77777777" w:rsidR="003D6867" w:rsidRDefault="003D6867" w:rsidP="004D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D15F" w14:textId="0279CE40" w:rsidR="004D4063" w:rsidRDefault="00971FBB" w:rsidP="004D4063">
    <w:pPr>
      <w:pStyle w:val="Zaglavlj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85FF40" wp14:editId="4C99AB2F">
          <wp:simplePos x="0" y="0"/>
          <wp:positionH relativeFrom="column">
            <wp:posOffset>144780</wp:posOffset>
          </wp:positionH>
          <wp:positionV relativeFrom="paragraph">
            <wp:posOffset>106680</wp:posOffset>
          </wp:positionV>
          <wp:extent cx="2164080" cy="780415"/>
          <wp:effectExtent l="0" t="0" r="0" b="635"/>
          <wp:wrapTight wrapText="bothSides">
            <wp:wrapPolygon edited="0">
              <wp:start x="2852" y="0"/>
              <wp:lineTo x="1711" y="2636"/>
              <wp:lineTo x="0" y="7382"/>
              <wp:lineTo x="0" y="11072"/>
              <wp:lineTo x="1141" y="17927"/>
              <wp:lineTo x="2662" y="20036"/>
              <wp:lineTo x="2852" y="21090"/>
              <wp:lineTo x="18254" y="21090"/>
              <wp:lineTo x="18444" y="20036"/>
              <wp:lineTo x="20155" y="17927"/>
              <wp:lineTo x="20915" y="11600"/>
              <wp:lineTo x="21106" y="7382"/>
              <wp:lineTo x="19014" y="1582"/>
              <wp:lineTo x="18063" y="0"/>
              <wp:lineTo x="2852" y="0"/>
            </wp:wrapPolygon>
          </wp:wrapTight>
          <wp:docPr id="35876419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C89907B" w14:textId="140AE3F5" w:rsidR="004D4063" w:rsidRDefault="00971FBB" w:rsidP="00971FBB">
    <w:pPr>
      <w:pStyle w:val="Zaglavlje"/>
      <w:jc w:val="right"/>
    </w:pPr>
    <w:r>
      <w:t xml:space="preserve"> </w:t>
    </w:r>
    <w:proofErr w:type="spellStart"/>
    <w:r>
      <w:t>Tajni</w:t>
    </w:r>
    <w:proofErr w:type="spellEnd"/>
    <w:r>
      <w:t xml:space="preserve"> </w:t>
    </w:r>
    <w:proofErr w:type="spellStart"/>
    <w:r>
      <w:t>svijet</w:t>
    </w:r>
    <w:proofErr w:type="spellEnd"/>
    <w:r>
      <w:t xml:space="preserve">, </w:t>
    </w:r>
    <w:proofErr w:type="spellStart"/>
    <w:r>
      <w:t>vl.</w:t>
    </w:r>
    <w:proofErr w:type="spellEnd"/>
    <w:r>
      <w:t xml:space="preserve"> Martina Kertić </w:t>
    </w:r>
  </w:p>
  <w:p w14:paraId="44459C68" w14:textId="77777777" w:rsidR="00971FBB" w:rsidRDefault="004D4063" w:rsidP="00971FBB">
    <w:pPr>
      <w:pStyle w:val="Zaglavlje"/>
      <w:jc w:val="right"/>
    </w:pPr>
    <w:r>
      <w:t xml:space="preserve">                                                                   </w:t>
    </w:r>
    <w:proofErr w:type="spellStart"/>
    <w:r w:rsidR="00971FBB">
      <w:t>Trg</w:t>
    </w:r>
    <w:proofErr w:type="spellEnd"/>
    <w:r w:rsidR="00971FBB">
      <w:t xml:space="preserve"> dr. F. </w:t>
    </w:r>
    <w:proofErr w:type="spellStart"/>
    <w:r w:rsidR="00971FBB">
      <w:t>Tuđmana</w:t>
    </w:r>
    <w:proofErr w:type="spellEnd"/>
    <w:r w:rsidR="00971FBB">
      <w:t xml:space="preserve"> 5, </w:t>
    </w:r>
    <w:proofErr w:type="spellStart"/>
    <w:r w:rsidR="00971FBB">
      <w:t>Zaprešić</w:t>
    </w:r>
    <w:proofErr w:type="spellEnd"/>
  </w:p>
  <w:p w14:paraId="0E7343B3" w14:textId="4A9E5DC9" w:rsidR="00971FBB" w:rsidRDefault="00971FBB" w:rsidP="00971FBB">
    <w:pPr>
      <w:pStyle w:val="Zaglavlje"/>
      <w:jc w:val="right"/>
    </w:pPr>
    <w:proofErr w:type="spellStart"/>
    <w:r>
      <w:t>Matični</w:t>
    </w:r>
    <w:proofErr w:type="spellEnd"/>
    <w:r>
      <w:t xml:space="preserve"> </w:t>
    </w:r>
    <w:proofErr w:type="spellStart"/>
    <w:r>
      <w:t>broj</w:t>
    </w:r>
    <w:proofErr w:type="spellEnd"/>
    <w:r>
      <w:t xml:space="preserve"> </w:t>
    </w:r>
    <w:proofErr w:type="spellStart"/>
    <w:r>
      <w:t>obrta</w:t>
    </w:r>
    <w:proofErr w:type="spellEnd"/>
    <w:r>
      <w:t>: 99325209</w:t>
    </w:r>
  </w:p>
  <w:p w14:paraId="426805C8" w14:textId="77777777" w:rsidR="00971FBB" w:rsidRDefault="00971FBB" w:rsidP="00971FBB">
    <w:pPr>
      <w:pStyle w:val="Zaglavlje"/>
      <w:jc w:val="right"/>
    </w:pPr>
    <w:r>
      <w:t>infotajnisvijet@gmail.com</w:t>
    </w:r>
  </w:p>
  <w:p w14:paraId="2F3982CA" w14:textId="7C2933FB" w:rsidR="004D4063" w:rsidRDefault="00971FBB" w:rsidP="00971FBB">
    <w:pPr>
      <w:pStyle w:val="Zaglavlje"/>
      <w:jc w:val="right"/>
    </w:pPr>
    <w:r>
      <w:t>+385997970434</w:t>
    </w:r>
  </w:p>
  <w:p w14:paraId="16F2B678" w14:textId="03DE690A" w:rsidR="004D4063" w:rsidRDefault="004D4063" w:rsidP="004D4063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70611B" wp14:editId="49FA0494">
              <wp:simplePos x="0" y="0"/>
              <wp:positionH relativeFrom="column">
                <wp:posOffset>7620</wp:posOffset>
              </wp:positionH>
              <wp:positionV relativeFrom="paragraph">
                <wp:posOffset>110490</wp:posOffset>
              </wp:positionV>
              <wp:extent cx="6667500" cy="0"/>
              <wp:effectExtent l="57150" t="38100" r="57150" b="95250"/>
              <wp:wrapNone/>
              <wp:docPr id="306684299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>
                        <a:solidFill>
                          <a:srgbClr val="F58948"/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A316BC" id="Ravni povez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8.7pt" to="525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" strokecolor="#f58948" strokeweight="3pt">
              <v:shadow on="t" color="black" opacity="22937f" origin=",.5" offset="0,.63889mm"/>
            </v:line>
          </w:pict>
        </mc:Fallback>
      </mc:AlternateContent>
    </w:r>
  </w:p>
  <w:p w14:paraId="6F22F718" w14:textId="739ED40A" w:rsidR="004D4063" w:rsidRDefault="004D4063" w:rsidP="004D406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012FB5"/>
    <w:multiLevelType w:val="hybridMultilevel"/>
    <w:tmpl w:val="EDA42E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3068">
    <w:abstractNumId w:val="8"/>
  </w:num>
  <w:num w:numId="2" w16cid:durableId="1790975154">
    <w:abstractNumId w:val="6"/>
  </w:num>
  <w:num w:numId="3" w16cid:durableId="1878732083">
    <w:abstractNumId w:val="5"/>
  </w:num>
  <w:num w:numId="4" w16cid:durableId="11496448">
    <w:abstractNumId w:val="4"/>
  </w:num>
  <w:num w:numId="5" w16cid:durableId="2059697142">
    <w:abstractNumId w:val="7"/>
  </w:num>
  <w:num w:numId="6" w16cid:durableId="396782315">
    <w:abstractNumId w:val="3"/>
  </w:num>
  <w:num w:numId="7" w16cid:durableId="503402405">
    <w:abstractNumId w:val="2"/>
  </w:num>
  <w:num w:numId="8" w16cid:durableId="1643191762">
    <w:abstractNumId w:val="1"/>
  </w:num>
  <w:num w:numId="9" w16cid:durableId="1608385731">
    <w:abstractNumId w:val="0"/>
  </w:num>
  <w:num w:numId="10" w16cid:durableId="11675250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0DE7"/>
    <w:rsid w:val="00034616"/>
    <w:rsid w:val="0006063C"/>
    <w:rsid w:val="0015074B"/>
    <w:rsid w:val="00240F37"/>
    <w:rsid w:val="0029639D"/>
    <w:rsid w:val="002D0111"/>
    <w:rsid w:val="00326F90"/>
    <w:rsid w:val="003A43C3"/>
    <w:rsid w:val="003D6867"/>
    <w:rsid w:val="004D4063"/>
    <w:rsid w:val="0084418B"/>
    <w:rsid w:val="00971FBB"/>
    <w:rsid w:val="00AA1D8D"/>
    <w:rsid w:val="00AF141D"/>
    <w:rsid w:val="00B16DB3"/>
    <w:rsid w:val="00B47730"/>
    <w:rsid w:val="00C2421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5612FB"/>
  <w14:defaultImageDpi w14:val="300"/>
  <w15:docId w15:val="{A0C03D9A-A79D-4CC8-9182-59708693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Martina Štoos</cp:lastModifiedBy>
  <cp:revision>6</cp:revision>
  <dcterms:created xsi:type="dcterms:W3CDTF">2013-12-23T23:15:00Z</dcterms:created>
  <dcterms:modified xsi:type="dcterms:W3CDTF">2026-07-30T10:46:00Z</dcterms:modified>
  <cp:category/>
</cp:coreProperties>
</file>